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33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-614680</wp:posOffset>
            </wp:positionV>
            <wp:extent cx="4226559" cy="4226559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6559" cy="422655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5" w:lineRule="auto" w:before="0" w:after="0"/>
        <w:ind w:left="0" w:right="0" w:firstLine="0"/>
        <w:jc w:val="center"/>
      </w:pPr>
      <w:r>
        <w:rPr>
          <w:rFonts w:ascii="League Gothic" w:hAnsi="League Gothic" w:eastAsia="League Gothic"/>
          <w:b w:val="0"/>
          <w:i w:val="0"/>
          <w:color w:val="FFFFFF"/>
          <w:sz w:val="195"/>
        </w:rPr>
        <w:t>B A S I C S  O F</w:t>
      </w:r>
      <w:r>
        <w:br/>
      </w:r>
      <w:r>
        <w:rPr>
          <w:rFonts w:ascii="League Gothic" w:hAnsi="League Gothic" w:eastAsia="League Gothic"/>
          <w:b w:val="0"/>
          <w:i w:val="0"/>
          <w:color w:val="FFFFFF"/>
          <w:sz w:val="195"/>
        </w:rPr>
        <w:t xml:space="preserve"> F I L M  S E T </w:t>
      </w:r>
      <w:r>
        <w:br/>
      </w:r>
      <w:r>
        <w:rPr>
          <w:rFonts w:ascii="League Gothic" w:hAnsi="League Gothic" w:eastAsia="League Gothic"/>
          <w:b w:val="0"/>
          <w:i w:val="0"/>
          <w:color w:val="FFFFFF"/>
          <w:sz w:val="195"/>
        </w:rPr>
        <w:t>T E R M I N O L O G Y</w:t>
      </w:r>
    </w:p>
    <w:p>
      <w:pPr>
        <w:sectPr>
          <w:pgSz w:w="11899" w:h="16845"/>
          <w:pgMar w:top="1440" w:right="708" w:bottom="1440" w:left="724" w:header="720" w:footer="720" w:gutter="0"/>
          <w:cols w:space="720" w:num="1" w:equalWidth="0"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67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2641600</wp:posOffset>
            </wp:positionV>
            <wp:extent cx="5473700" cy="52705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2705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60.0" w:type="dxa"/>
      </w:tblPr>
      <w:tblGrid>
        <w:gridCol w:w="11899"/>
      </w:tblGrid>
      <w:tr>
        <w:trPr>
          <w:trHeight w:hRule="exact" w:val="1690"/>
        </w:trPr>
        <w:tc>
          <w:tcPr>
            <w:tcW w:type="dxa" w:w="1052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732" w:after="0"/>
              <w:ind w:left="494" w:right="0" w:firstLine="0"/>
              <w:jc w:val="left"/>
            </w:pPr>
            <w:r>
              <w:rPr>
                <w:rFonts w:ascii="PT Serif" w:hAnsi="PT Serif" w:eastAsia="PT Serif"/>
                <w:b/>
                <w:i w:val="0"/>
                <w:color w:val="FFFFFF"/>
                <w:sz w:val="60"/>
              </w:rPr>
              <w:t>Learning Your Crew or Teammates</w:t>
            </w:r>
          </w:p>
        </w:tc>
      </w:tr>
    </w:tbl>
    <w:p>
      <w:pPr>
        <w:autoSpaceDN w:val="0"/>
        <w:autoSpaceDE w:val="0"/>
        <w:widowControl/>
        <w:spacing w:line="259" w:lineRule="auto" w:before="4390" w:after="0"/>
        <w:ind w:left="2160" w:right="2160" w:firstLine="0"/>
        <w:jc w:val="center"/>
      </w:pPr>
      <w:r>
        <w:rPr>
          <w:rFonts w:ascii="PT Serif" w:hAnsi="PT Serif" w:eastAsia="PT Serif"/>
          <w:b w:val="0"/>
          <w:i w:val="0"/>
          <w:color w:val="000000"/>
          <w:sz w:val="34"/>
        </w:rPr>
        <w:t xml:space="preserve">Elia Kazan, the famous stage and film director, </w:t>
      </w:r>
      <w:r>
        <w:rPr>
          <w:rFonts w:ascii="PT Serif" w:hAnsi="PT Serif" w:eastAsia="PT Serif"/>
          <w:b w:val="0"/>
          <w:i w:val="0"/>
          <w:color w:val="000000"/>
          <w:sz w:val="34"/>
        </w:rPr>
        <w:t xml:space="preserve">said to me when I started my directing career that </w:t>
      </w:r>
      <w:r>
        <w:rPr>
          <w:rFonts w:ascii="PT Serif" w:hAnsi="PT Serif" w:eastAsia="PT Serif"/>
          <w:b w:val="0"/>
          <w:i w:val="0"/>
          <w:color w:val="000000"/>
          <w:sz w:val="34"/>
        </w:rPr>
        <w:t xml:space="preserve">80 percent of this business is the ability to get </w:t>
      </w:r>
      <w:r>
        <w:rPr>
          <w:rFonts w:ascii="PT Serif" w:hAnsi="PT Serif" w:eastAsia="PT Serif"/>
          <w:b w:val="0"/>
          <w:i w:val="0"/>
          <w:color w:val="000000"/>
          <w:sz w:val="34"/>
        </w:rPr>
        <w:t xml:space="preserve">along with other people. Not talent, not </w:t>
      </w:r>
      <w:r>
        <w:br/>
      </w:r>
      <w:r>
        <w:rPr>
          <w:rFonts w:ascii="PT Serif" w:hAnsi="PT Serif" w:eastAsia="PT Serif"/>
          <w:b w:val="0"/>
          <w:i w:val="0"/>
          <w:color w:val="000000"/>
          <w:sz w:val="34"/>
        </w:rPr>
        <w:t xml:space="preserve">brilliance, not who you know, but the ability to </w:t>
      </w:r>
      <w:r>
        <w:rPr>
          <w:rFonts w:ascii="PT Serif" w:hAnsi="PT Serif" w:eastAsia="PT Serif"/>
          <w:b w:val="0"/>
          <w:i w:val="0"/>
          <w:color w:val="000000"/>
          <w:sz w:val="34"/>
        </w:rPr>
        <w:t>get along with other people.</w:t>
      </w:r>
    </w:p>
    <w:p>
      <w:pPr>
        <w:autoSpaceDN w:val="0"/>
        <w:autoSpaceDE w:val="0"/>
        <w:widowControl/>
        <w:spacing w:line="240" w:lineRule="auto" w:before="1962" w:after="4320"/>
        <w:ind w:left="0" w:right="3418" w:firstLine="0"/>
        <w:jc w:val="right"/>
      </w:pPr>
      <w:r>
        <w:rPr>
          <w:rFonts w:ascii="PT Serif" w:hAnsi="PT Serif" w:eastAsia="PT Serif"/>
          <w:b w:val="0"/>
          <w:i w:val="0"/>
          <w:color w:val="FFFFFF"/>
          <w:sz w:val="31"/>
        </w:rPr>
        <w:t xml:space="preserve">Milton Katselas, </w:t>
      </w:r>
      <w:r>
        <w:rPr>
          <w:rFonts w:ascii="PT Serif" w:hAnsi="PT Serif" w:eastAsia="PT Serif"/>
          <w:b w:val="0"/>
          <w:i/>
          <w:color w:val="FFFFFF"/>
          <w:sz w:val="31"/>
        </w:rPr>
        <w:t>Dreams into Action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Page-1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39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57" w:lineRule="auto" w:before="324" w:after="0"/>
        <w:ind w:left="472" w:right="482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Crew members are your teammates. They can make you look good or bad. I am not saying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you have to be nice to everyone, but some understanding of what these people do may help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you to help them help you. They want you to look your best, so keep that in mind while you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are working with them.</w:t>
      </w:r>
    </w:p>
    <w:p>
      <w:pPr>
        <w:autoSpaceDN w:val="0"/>
        <w:autoSpaceDE w:val="0"/>
        <w:widowControl/>
        <w:spacing w:line="252" w:lineRule="auto" w:before="426" w:after="0"/>
        <w:ind w:left="472" w:right="432" w:firstLine="0"/>
        <w:jc w:val="left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This is a basic rundown of each hat on set. Check the internet to find out more about what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each department does.</w:t>
      </w:r>
    </w:p>
    <w:p>
      <w:pPr>
        <w:autoSpaceDN w:val="0"/>
        <w:autoSpaceDE w:val="0"/>
        <w:widowControl/>
        <w:spacing w:line="257" w:lineRule="auto" w:before="424" w:after="0"/>
        <w:ind w:left="430" w:right="520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producer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usually does the hiring and firing, rounds up the crew and the equipment,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and handles details like the deal memos. He is responsible for the budget and for making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sure the movie gets made on time and within budget.</w:t>
      </w:r>
    </w:p>
    <w:p>
      <w:pPr>
        <w:autoSpaceDN w:val="0"/>
        <w:autoSpaceDE w:val="0"/>
        <w:widowControl/>
        <w:spacing w:line="262" w:lineRule="auto" w:before="384" w:after="0"/>
        <w:ind w:left="430" w:right="522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director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works with the actors to get the desired performances from them. The director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also coordinates with the director of photography and the assistant directors to make sure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they get accurate shots on time. Depending on the budget and the arrangement, directors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may have the power to make the movie the way they like or they may have to report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everything they are doing to producers. Directors want everything to go well and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specifically as they envision, so if you have questions about the script, they are the people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to see.</w:t>
      </w:r>
    </w:p>
    <w:p>
      <w:pPr>
        <w:autoSpaceDN w:val="0"/>
        <w:autoSpaceDE w:val="0"/>
        <w:widowControl/>
        <w:spacing w:line="262" w:lineRule="auto" w:before="366" w:after="0"/>
        <w:ind w:left="430" w:right="522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writer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writes the script and sometimes has a lot of power on the set, so it is a good idea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to follow the script as closely as possible. If you are allowed to improvise, you can do it. But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if you have a problem with the script, talk to the director and/or the writer before filming so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you have time to work it out before you are on set and in front of a crew that is being paid a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lot of money to be there. Talking to the writer can be tricky, but if the writer and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director are okay with it, this might help you get further insight into your character. But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don’t use a conference with the writer as a way to gang up on the director. He usually has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the final say.</w:t>
      </w:r>
    </w:p>
    <w:p>
      <w:pPr>
        <w:autoSpaceDN w:val="0"/>
        <w:autoSpaceDE w:val="0"/>
        <w:widowControl/>
        <w:spacing w:line="257" w:lineRule="auto" w:before="434" w:after="0"/>
        <w:ind w:left="430" w:right="530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director of photography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(DP) films the movie. He works with the director to design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shots and to make sure the camera crew sets up the lights and the camera properly for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each shot.</w:t>
      </w:r>
    </w:p>
    <w:p>
      <w:pPr>
        <w:autoSpaceDN w:val="0"/>
        <w:autoSpaceDE w:val="0"/>
        <w:widowControl/>
        <w:spacing w:line="252" w:lineRule="auto" w:before="384" w:after="0"/>
        <w:ind w:left="430" w:right="432" w:firstLine="0"/>
        <w:jc w:val="left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gaffer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is the head electrician and works with the DP to light the shots the way the DP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and the director want.</w:t>
      </w:r>
    </w:p>
    <w:p>
      <w:pPr>
        <w:autoSpaceDN w:val="0"/>
        <w:autoSpaceDE w:val="0"/>
        <w:widowControl/>
        <w:spacing w:line="240" w:lineRule="auto" w:before="330" w:after="892"/>
        <w:ind w:left="430" w:right="0" w:firstLine="0"/>
        <w:jc w:val="left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grip</w:t>
      </w:r>
      <w:r>
        <w:rPr>
          <w:rFonts w:ascii="PT Serif" w:hAnsi="PT Serif" w:eastAsia="PT Serif"/>
          <w:b w:val="0"/>
          <w:i w:val="0"/>
          <w:color w:val="000000"/>
          <w:sz w:val="27"/>
        </w:rPr>
        <w:t>sets up the stands and the rigs to hold the lights for the electricians.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Page-2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39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59" w:lineRule="auto" w:before="106" w:after="0"/>
        <w:ind w:left="430" w:right="522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>The</w:t>
      </w:r>
      <w:r>
        <w:rPr>
          <w:rFonts w:ascii="PT Serif" w:hAnsi="PT Serif" w:eastAsia="PT Serif"/>
          <w:b/>
          <w:i w:val="0"/>
          <w:color w:val="CC171B"/>
          <w:sz w:val="27"/>
        </w:rPr>
        <w:t>first assistant director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schedules the shooting and organizes when and where people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are supposed to be. First assistant directors keep the set moving and people working on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next set- up (the scene to be shot). They have a lot of responsibility and usually are fired if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set has not completed the schedule for the day. They also create the schedule at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start of filming and work to ensure the movie will be finished in the scheduled number of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days.</w:t>
      </w:r>
    </w:p>
    <w:p>
      <w:pPr>
        <w:autoSpaceDN w:val="0"/>
        <w:autoSpaceDE w:val="0"/>
        <w:widowControl/>
        <w:spacing w:line="259" w:lineRule="auto" w:before="414" w:after="0"/>
        <w:ind w:left="430" w:right="520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second assistant director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carries out the orders of the first assistant director. Second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ADs work with the background on placement and movement, and they file production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reports at the end of each day that tell the producers how filming is going. On lower budget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films they may also have to keep track of the main actors so the first AD can have the actors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come to the set when the director is ready for filming.</w:t>
      </w:r>
    </w:p>
    <w:p>
      <w:pPr>
        <w:autoSpaceDN w:val="0"/>
        <w:autoSpaceDE w:val="0"/>
        <w:widowControl/>
        <w:spacing w:line="257" w:lineRule="auto" w:before="348" w:after="0"/>
        <w:ind w:left="430" w:right="528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>The</w:t>
      </w:r>
      <w:r>
        <w:rPr>
          <w:rFonts w:ascii="PT Serif" w:hAnsi="PT Serif" w:eastAsia="PT Serif"/>
          <w:b/>
          <w:i w:val="0"/>
          <w:color w:val="CC171B"/>
          <w:sz w:val="27"/>
        </w:rPr>
        <w:t>production assistant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(PA) helps producers and directors and all the departments on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set. PAs do everything needed on set including getting coffee and snacks for people. They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buy missing items and take care of background, paperwork, and check-ins. They work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extremely hard and get paid very little, sometimes even less than union background.</w:t>
      </w:r>
    </w:p>
    <w:p>
      <w:pPr>
        <w:autoSpaceDN w:val="0"/>
        <w:autoSpaceDE w:val="0"/>
        <w:widowControl/>
        <w:spacing w:line="262" w:lineRule="auto" w:before="396" w:after="0"/>
        <w:ind w:left="430" w:right="522" w:firstLine="0"/>
        <w:jc w:val="both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script supervisor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(script) is in charge of continuity, which means an uninterrupted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flow. Script supervisors make the film make sense. They write out notes for the editor to cut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movie together. This makes it possible for the assistant editor to find footage and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sound that matches it and to sync them together. They also pay attention to what the actors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are wearing and to the props the actors are using and make sure they match from shot to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shot. This is called matching. They also help the DP keep track of screen direction. This is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known as continuity of filming or uninterrupted flow. Screen direction keeps the audience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interested in the film. If screen direction is broken for even a fraction of a second,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audience may stop watching the movie. You do not want your audience to drift away. On a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big budget film the editor will call for reshoots since distributors won’t pick up a movie if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screen direction is broken. Screen direction is the direction in which the actors move or in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which they are looking. I will provide more detail about this later in the book. Script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supervisors work with every department on set to ensure the film makes sense to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audience and can be cut together. This job is a great launching pad for becoming a director,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an editor, a writer, a producer, an actor, or any other employee on a movie set because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script supervisors work with everyone, know what everyone is doing, and make sure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everyone is working in sync with each other and with the script. This allows the director to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focus on working with the DP and with the actors to pursue his or her vision.</w:t>
      </w:r>
    </w:p>
    <w:p>
      <w:pPr>
        <w:autoSpaceDN w:val="0"/>
        <w:autoSpaceDE w:val="0"/>
        <w:widowControl/>
        <w:spacing w:line="240" w:lineRule="auto" w:before="534" w:after="502"/>
        <w:ind w:left="430" w:right="0" w:firstLine="0"/>
        <w:jc w:val="left"/>
      </w:pP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</w:t>
      </w:r>
      <w:r>
        <w:rPr>
          <w:rFonts w:ascii="PT Serif" w:hAnsi="PT Serif" w:eastAsia="PT Serif"/>
          <w:b/>
          <w:i w:val="0"/>
          <w:color w:val="CC171B"/>
          <w:sz w:val="27"/>
        </w:rPr>
        <w:t>camera operator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(camera op) runs and carries the camera.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1900" w:space="0"/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67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0.0" w:type="dxa"/>
      </w:tblPr>
      <w:tblGrid>
        <w:gridCol w:w="11899"/>
      </w:tblGrid>
      <w:tr>
        <w:trPr>
          <w:trHeight w:hRule="exact" w:val="1086"/>
        </w:trPr>
        <w:tc>
          <w:tcPr>
            <w:tcW w:type="dxa" w:w="114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58" w:after="0"/>
              <w:ind w:left="0" w:right="0" w:firstLine="0"/>
              <w:jc w:val="center"/>
            </w:pPr>
            <w:r>
              <w:rPr>
                <w:rFonts w:ascii="PT Serif" w:hAnsi="PT Serif" w:eastAsia="PT Serif"/>
                <w:b/>
                <w:i w:val="0"/>
                <w:color w:val="FFFFFF"/>
                <w:sz w:val="56"/>
              </w:rPr>
              <w:t>A list of some words you will hear on sets</w:t>
            </w:r>
          </w:p>
        </w:tc>
      </w:tr>
    </w:tbl>
    <w:p>
      <w:pPr>
        <w:autoSpaceDN w:val="0"/>
        <w:autoSpaceDE w:val="0"/>
        <w:widowControl/>
        <w:spacing w:line="259" w:lineRule="auto" w:before="522" w:after="0"/>
        <w:ind w:left="57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Post means editing a common term not favored on sets is “fix it in post”</w:t>
      </w:r>
    </w:p>
    <w:p>
      <w:pPr>
        <w:autoSpaceDN w:val="0"/>
        <w:tabs>
          <w:tab w:pos="946" w:val="left"/>
        </w:tabs>
        <w:autoSpaceDE w:val="0"/>
        <w:widowControl/>
        <w:spacing w:line="252" w:lineRule="auto" w:before="172" w:after="0"/>
        <w:ind w:left="57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Call Sheet is a term used for a piece of paper which has all the information of what is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being shot that day and the time to be on set.</w:t>
      </w:r>
    </w:p>
    <w:p>
      <w:pPr>
        <w:autoSpaceDN w:val="0"/>
        <w:autoSpaceDE w:val="0"/>
        <w:widowControl/>
        <w:spacing w:line="257" w:lineRule="auto" w:before="156" w:after="0"/>
        <w:ind w:left="946" w:right="520" w:hanging="37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Slate is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hyperlink r:id="rId12" w:history="1">
          <w:r>
            <w:rPr>
              <w:rStyle w:val="Hyperlink"/>
            </w:rPr>
            <w:t>clapping</w:t>
          </w:r>
        </w:hyperlink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board that has the scene number, take number, the camera roll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number, and the director and production name on it. It is used to sync the sound and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the picture of the film and to id shots without sound. It is very important for editing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and finding footage.</w:t>
      </w:r>
    </w:p>
    <w:p>
      <w:pPr>
        <w:autoSpaceDN w:val="0"/>
        <w:autoSpaceDE w:val="0"/>
        <w:widowControl/>
        <w:spacing w:line="257" w:lineRule="auto" w:before="148" w:after="0"/>
        <w:ind w:left="946" w:right="526" w:hanging="37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Call time is the time the a person is supposed to arrive on set sometimes each person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has a different call time or the crew all has the same call time. It is good to find your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name on the call sheet and check your time next to it.</w:t>
      </w:r>
    </w:p>
    <w:p>
      <w:pPr>
        <w:autoSpaceDN w:val="0"/>
        <w:autoSpaceDE w:val="0"/>
        <w:widowControl/>
        <w:spacing w:line="257" w:lineRule="auto" w:before="142" w:after="0"/>
        <w:ind w:left="57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Mos means without sound. It is a European term coined many years ago.</w:t>
      </w:r>
    </w:p>
    <w:p>
      <w:pPr>
        <w:autoSpaceDN w:val="0"/>
        <w:tabs>
          <w:tab w:pos="946" w:val="left"/>
        </w:tabs>
        <w:autoSpaceDE w:val="0"/>
        <w:widowControl/>
        <w:spacing w:line="252" w:lineRule="auto" w:before="182" w:after="0"/>
        <w:ind w:left="57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Sticks means tripod and also sometimes when it is called out as second sticks that they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actually are doing a second marker for the camera</w:t>
      </w:r>
    </w:p>
    <w:p>
      <w:pPr>
        <w:autoSpaceDN w:val="0"/>
        <w:tabs>
          <w:tab w:pos="946" w:val="left"/>
        </w:tabs>
        <w:autoSpaceDE w:val="0"/>
        <w:widowControl/>
        <w:spacing w:line="252" w:lineRule="auto" w:before="202" w:after="0"/>
        <w:ind w:left="57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B roll means footage not to be used in the film. Sometimes it is improperly used as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hyperlink r:id="rId13" w:history="1">
          <w:r>
            <w:rPr>
              <w:rStyle w:val="Hyperlink"/>
            </w:rPr>
            <w:t>footage</w:t>
          </w:r>
        </w:hyperlink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shot on b cam.</w:t>
      </w:r>
    </w:p>
    <w:p>
      <w:pPr>
        <w:autoSpaceDN w:val="0"/>
        <w:tabs>
          <w:tab w:pos="946" w:val="left"/>
        </w:tabs>
        <w:autoSpaceDE w:val="0"/>
        <w:widowControl/>
        <w:spacing w:line="252" w:lineRule="auto" w:before="146" w:after="0"/>
        <w:ind w:left="57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PU shot or pick up shot means if you don’t move the camera or change the lens but you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start later on in the scene and you have already shot that portion of the scene.</w:t>
      </w:r>
    </w:p>
    <w:p>
      <w:pPr>
        <w:autoSpaceDN w:val="0"/>
        <w:autoSpaceDE w:val="0"/>
        <w:widowControl/>
        <w:spacing w:line="259" w:lineRule="auto" w:before="144" w:after="0"/>
        <w:ind w:left="57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6"/>
        </w:rPr>
        <w:t>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Slug line is usually a one line description of the scene.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66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A strip board is a list of slug lines and scenes in order of shooting the film. It is basically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a schedule for the shoot.</w:t>
      </w:r>
    </w:p>
    <w:p>
      <w:pPr>
        <w:autoSpaceDN w:val="0"/>
        <w:autoSpaceDE w:val="0"/>
        <w:widowControl/>
        <w:spacing w:line="262" w:lineRule="auto" w:before="72" w:after="0"/>
        <w:ind w:left="962" w:right="508" w:hanging="46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Mark means two things mark means calling out the scene and take number on the slate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and clapping it. It also means a piece of tape or a chalk mark on the floor for the actor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to stand or walk too. It also sometimes is a piece of tape or mark on the wall or near the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camera for the actor to look at.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92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Points means someone is carrying an object and they would like you to move out of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their way.</w:t>
      </w:r>
    </w:p>
    <w:p>
      <w:pPr>
        <w:autoSpaceDN w:val="0"/>
        <w:autoSpaceDE w:val="0"/>
        <w:widowControl/>
        <w:spacing w:line="250" w:lineRule="auto" w:before="72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10-1 means using the restroom.</w:t>
      </w:r>
    </w:p>
    <w:p>
      <w:pPr>
        <w:autoSpaceDN w:val="0"/>
        <w:autoSpaceDE w:val="0"/>
        <w:widowControl/>
        <w:spacing w:line="250" w:lineRule="auto" w:before="194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Rolling means they are shooting.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46" w:after="114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Pictures up means the assistant director is about to call roll sound and then roll film so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be quite and finish up your work.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Page-4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1900" w:space="0"/>
            <w:col w:w="11900" w:space="0"/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39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50" w:lineRule="auto" w:before="426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Cut means stop filming not really a great idea to start talking.</w:t>
      </w:r>
    </w:p>
    <w:p>
      <w:pPr>
        <w:autoSpaceDN w:val="0"/>
        <w:autoSpaceDE w:val="0"/>
        <w:widowControl/>
        <w:spacing w:line="259" w:lineRule="auto" w:before="176" w:after="0"/>
        <w:ind w:left="962" w:right="506" w:hanging="46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Video Village is the place where all the directors’ chairs are set and the monitors to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view the scenes being shot. Be respectful and keep quite there and stay out of the way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of people working there.</w:t>
      </w:r>
    </w:p>
    <w:p>
      <w:pPr>
        <w:autoSpaceDN w:val="0"/>
        <w:autoSpaceDE w:val="0"/>
        <w:widowControl/>
        <w:spacing w:line="250" w:lineRule="auto" w:before="2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Speeding, means that the sound is recording.</w:t>
      </w:r>
    </w:p>
    <w:p>
      <w:pPr>
        <w:autoSpaceDN w:val="0"/>
        <w:autoSpaceDE w:val="0"/>
        <w:widowControl/>
        <w:spacing w:line="250" w:lineRule="auto" w:before="23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19.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Set for camera, means the camera is rolling and in the right position to shoot.</w:t>
      </w:r>
    </w:p>
    <w:p>
      <w:pPr>
        <w:autoSpaceDN w:val="0"/>
        <w:autoSpaceDE w:val="0"/>
        <w:widowControl/>
        <w:spacing w:line="252" w:lineRule="auto" w:before="192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Sides, a small version of the callsheet and the scenes you are shooting that day.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202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Last looks, the assistant director calls the make-up and wardrobe to look at the actors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so they are camera ready. 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30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Line means the actor needs his or her line because the forgot it. The only person who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should give it to them is the script supervisor.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28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Helmer, in magazines for film means the captan and in film the director. Not really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used on sets but in the trade magazines.</w:t>
      </w:r>
    </w:p>
    <w:p>
      <w:pPr>
        <w:autoSpaceDN w:val="0"/>
        <w:autoSpaceDE w:val="0"/>
        <w:widowControl/>
        <w:spacing w:line="250" w:lineRule="auto" w:before="88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DP is the director of photography.</w:t>
      </w:r>
    </w:p>
    <w:p>
      <w:pPr>
        <w:autoSpaceDN w:val="0"/>
        <w:autoSpaceDE w:val="0"/>
        <w:widowControl/>
        <w:spacing w:line="252" w:lineRule="auto" w:before="168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AD is the script supervisor </w:t>
      </w:r>
    </w:p>
    <w:p>
      <w:pPr>
        <w:autoSpaceDN w:val="0"/>
        <w:autoSpaceDE w:val="0"/>
        <w:widowControl/>
        <w:spacing w:line="250" w:lineRule="auto" w:before="13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PA is a production assistant and sometimes the producers assistant.</w:t>
      </w:r>
    </w:p>
    <w:p>
      <w:pPr>
        <w:autoSpaceDN w:val="0"/>
        <w:autoSpaceDE w:val="0"/>
        <w:widowControl/>
        <w:spacing w:line="259" w:lineRule="auto" w:before="192" w:after="0"/>
        <w:ind w:left="962" w:right="504" w:hanging="46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Daily report is what the script supervisor turns in to the second assistant director that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has all the information of what was shot that day how many pages, setups and scenes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were finished.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140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Circle take is the print take, in film that was what got printed now everything gets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printed and it is the preferred take.</w:t>
      </w:r>
    </w:p>
    <w:p>
      <w:pPr>
        <w:autoSpaceDN w:val="0"/>
        <w:autoSpaceDE w:val="0"/>
        <w:widowControl/>
        <w:spacing w:line="250" w:lineRule="auto" w:before="18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29.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Screen direction is the direction of the looks or movement on camera.</w:t>
      </w:r>
    </w:p>
    <w:p>
      <w:pPr>
        <w:autoSpaceDN w:val="0"/>
        <w:autoSpaceDE w:val="0"/>
        <w:widowControl/>
        <w:spacing w:line="252" w:lineRule="auto" w:before="19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Cross the line is breaking screen direction. This is usually hating to the audience. </w:t>
      </w:r>
    </w:p>
    <w:p>
      <w:pPr>
        <w:autoSpaceDN w:val="0"/>
        <w:tabs>
          <w:tab w:pos="982" w:val="left"/>
        </w:tabs>
        <w:autoSpaceDE w:val="0"/>
        <w:widowControl/>
        <w:spacing w:line="257" w:lineRule="auto" w:before="224" w:after="0"/>
        <w:ind w:left="516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Camera right and camera left are the opposite of the actors hands. In stage stage right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and stage left are based off of the actor in film it is based off the camera.</w:t>
      </w:r>
    </w:p>
    <w:p>
      <w:pPr>
        <w:autoSpaceDN w:val="0"/>
        <w:tabs>
          <w:tab w:pos="978" w:val="left"/>
        </w:tabs>
        <w:autoSpaceDE w:val="0"/>
        <w:widowControl/>
        <w:spacing w:line="257" w:lineRule="auto" w:before="72" w:after="0"/>
        <w:ind w:left="516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8/8 is a full script page. Pages in a script are broken in 8ths. So you could have 2/8, 3/8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and so forth.</w:t>
      </w:r>
    </w:p>
    <w:p>
      <w:pPr>
        <w:autoSpaceDN w:val="0"/>
        <w:autoSpaceDE w:val="0"/>
        <w:widowControl/>
        <w:spacing w:line="250" w:lineRule="auto" w:before="130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Shooting call time is the time they expect to have the first shot of the day off.</w:t>
      </w:r>
    </w:p>
    <w:p>
      <w:pPr>
        <w:autoSpaceDN w:val="0"/>
        <w:autoSpaceDE w:val="0"/>
        <w:widowControl/>
        <w:spacing w:line="250" w:lineRule="auto" w:before="23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First shot of the day gets timed.</w:t>
      </w:r>
    </w:p>
    <w:p>
      <w:pPr>
        <w:autoSpaceDN w:val="0"/>
        <w:autoSpaceDE w:val="0"/>
        <w:widowControl/>
        <w:spacing w:line="250" w:lineRule="auto" w:before="234" w:after="558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Martini is the last shot of the day.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ffffff"/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0.0" w:type="dxa"/>
            </w:tblPr>
            <w:tblGrid>
              <w:gridCol w:w="11896"/>
            </w:tblGrid>
            <w:tr>
              <w:trPr>
                <w:trHeight w:hRule="exact" w:val="1412"/>
              </w:trPr>
              <w:tc>
                <w:tcPr>
                  <w:tcW w:type="dxa" w:w="11896"/>
                  <w:tcBorders/>
                  <w:shd w:fill="000000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16" w:after="0"/>
                    <w:ind w:left="0" w:right="176" w:firstLine="0"/>
                    <w:jc w:val="right"/>
                  </w:pPr>
                  <w:r>
                    <w:rPr>
                      <w:rFonts w:ascii="PT Serif" w:hAnsi="PT Serif" w:eastAsia="PT Serif"/>
                      <w:b w:val="0"/>
                      <w:i w:val="0"/>
                      <w:color w:val="FFFFFF"/>
                      <w:sz w:val="22"/>
                    </w:rPr>
                    <w:t>Page-5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1900" w:space="0"/>
            <w:col w:w="11900" w:space="0"/>
            <w:col w:w="11900" w:space="0"/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39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50" w:lineRule="auto" w:before="426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CU is a close up shot. </w:t>
      </w:r>
    </w:p>
    <w:p>
      <w:pPr>
        <w:autoSpaceDN w:val="0"/>
        <w:autoSpaceDE w:val="0"/>
        <w:widowControl/>
        <w:spacing w:line="250" w:lineRule="auto" w:before="17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ECU extreme close up.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232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FS is a false start and not used as a full shot. A false start is when they roll camera and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call action and before the actors start performing.</w:t>
      </w:r>
    </w:p>
    <w:p>
      <w:pPr>
        <w:autoSpaceDN w:val="0"/>
        <w:autoSpaceDE w:val="0"/>
        <w:widowControl/>
        <w:spacing w:line="252" w:lineRule="auto" w:before="72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39.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Tail slate is when they skate at the end of the take.</w:t>
      </w:r>
    </w:p>
    <w:p>
      <w:pPr>
        <w:autoSpaceDN w:val="0"/>
        <w:autoSpaceDE w:val="0"/>
        <w:widowControl/>
        <w:spacing w:line="252" w:lineRule="auto" w:before="192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Company move, is when you move to another location.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202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Company is the production company also used to mean the production you are working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on. Hence company move.</w:t>
      </w:r>
    </w:p>
    <w:p>
      <w:pPr>
        <w:autoSpaceDN w:val="0"/>
        <w:autoSpaceDE w:val="0"/>
        <w:widowControl/>
        <w:spacing w:line="250" w:lineRule="auto" w:before="130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Daily log is a log of all the shots that were shot that day.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76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Set up is every time the lighting is moved basically a new lighting set up. Some people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want to call every time the camera moves a new set up but it is not.</w:t>
      </w:r>
    </w:p>
    <w:p>
      <w:pPr>
        <w:autoSpaceDN w:val="0"/>
        <w:autoSpaceDE w:val="0"/>
        <w:widowControl/>
        <w:spacing w:line="252" w:lineRule="auto" w:before="128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Color correction is a way during post that they add color to the picture.</w:t>
      </w:r>
    </w:p>
    <w:p>
      <w:pPr>
        <w:autoSpaceDN w:val="0"/>
        <w:autoSpaceDE w:val="0"/>
        <w:widowControl/>
        <w:spacing w:line="250" w:lineRule="auto" w:before="168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Foley is when they add sounds like footsteps, doors opening shutting and so forth.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194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Forth wall is the audience. The audience is never addressed unless you break the forth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wall. When the director or script call for it.</w:t>
      </w:r>
    </w:p>
    <w:p>
      <w:pPr>
        <w:autoSpaceDN w:val="0"/>
        <w:autoSpaceDE w:val="0"/>
        <w:widowControl/>
        <w:spacing w:line="250" w:lineRule="auto" w:before="72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Blocking is the actors movement.</w:t>
      </w:r>
    </w:p>
    <w:p>
      <w:pPr>
        <w:autoSpaceDN w:val="0"/>
        <w:autoSpaceDE w:val="0"/>
        <w:widowControl/>
        <w:spacing w:line="250" w:lineRule="auto" w:before="194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Wrap means the done for the day.</w:t>
      </w:r>
    </w:p>
    <w:p>
      <w:pPr>
        <w:autoSpaceDN w:val="0"/>
        <w:autoSpaceDE w:val="0"/>
        <w:widowControl/>
        <w:spacing w:line="250" w:lineRule="auto" w:before="176" w:after="0"/>
        <w:ind w:left="498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49.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Picture wrap means the picture is finished.</w:t>
      </w:r>
    </w:p>
    <w:p>
      <w:pPr>
        <w:autoSpaceDN w:val="0"/>
        <w:autoSpaceDE w:val="0"/>
        <w:widowControl/>
        <w:spacing w:line="252" w:lineRule="auto" w:before="19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Picture wrap on an actor means that actor is finished filming.</w:t>
      </w:r>
    </w:p>
    <w:p>
      <w:pPr>
        <w:autoSpaceDN w:val="0"/>
        <w:autoSpaceDE w:val="0"/>
        <w:widowControl/>
        <w:spacing w:line="250" w:lineRule="auto" w:before="19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Wrap party is a party that is thrown after </w:t>
      </w:r>
    </w:p>
    <w:p>
      <w:pPr>
        <w:autoSpaceDN w:val="0"/>
        <w:autoSpaceDE w:val="0"/>
        <w:widowControl/>
        <w:spacing w:line="252" w:lineRule="auto" w:before="23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Crafty is the food service table with snacks and drinks for the actors and crew.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232" w:after="0"/>
        <w:ind w:left="516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Catering is the lunch and sometimes second lunch if the set goes for more then 12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hours. They have to serve the crew second meal.</w:t>
      </w:r>
    </w:p>
    <w:p>
      <w:pPr>
        <w:autoSpaceDN w:val="0"/>
        <w:autoSpaceDE w:val="0"/>
        <w:widowControl/>
        <w:spacing w:line="250" w:lineRule="auto" w:before="128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IA stands for iatse which is the crews union.</w:t>
      </w:r>
    </w:p>
    <w:p>
      <w:pPr>
        <w:autoSpaceDN w:val="0"/>
        <w:autoSpaceDE w:val="0"/>
        <w:widowControl/>
        <w:spacing w:line="259" w:lineRule="auto" w:before="234" w:after="0"/>
        <w:ind w:left="962" w:right="504" w:hanging="446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Local is what they call each department in the crew. For example the script supervisor’s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local in California is local 871. They have a different local for different crew members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and for different areas. In New York the script supervisors have a different local.</w:t>
      </w:r>
    </w:p>
    <w:p>
      <w:pPr>
        <w:autoSpaceDN w:val="0"/>
        <w:tabs>
          <w:tab w:pos="930" w:val="left"/>
        </w:tabs>
        <w:autoSpaceDE w:val="0"/>
        <w:widowControl/>
        <w:spacing w:line="257" w:lineRule="auto" w:before="166" w:after="560"/>
        <w:ind w:left="53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SAG is the screen actors guild. The guild for actors. There used to be two AFTRA but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they have now merged.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Page-6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899" w:h="16845"/>
          <w:pgMar w:top="0" w:right="0" w:bottom="0" w:left="0" w:header="720" w:footer="720" w:gutter="0"/>
          <w:cols w:space="720" w:num="1" w:equalWidth="0">
            <w:col w:w="11900" w:space="0"/>
            <w:col w:w="11900" w:space="0"/>
            <w:col w:w="11900" w:space="0"/>
            <w:col w:w="11900" w:space="0"/>
            <w:col w:w="11900" w:space="0"/>
            <w:col w:w="11900" w:space="0"/>
            <w:col w:w="104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60.0" w:type="dxa"/>
      </w:tblPr>
      <w:tblGrid>
        <w:gridCol w:w="5949"/>
        <w:gridCol w:w="5949"/>
      </w:tblGrid>
      <w:tr>
        <w:trPr>
          <w:trHeight w:hRule="exact" w:val="1394"/>
        </w:trPr>
        <w:tc>
          <w:tcPr>
            <w:tcW w:type="dxa" w:w="3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847089" cy="847090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9" cy="8470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43.9999999999998" w:type="dxa"/>
            </w:tblPr>
            <w:tblGrid>
              <w:gridCol w:w="7040"/>
            </w:tblGrid>
            <w:tr>
              <w:trPr>
                <w:trHeight w:hRule="exact" w:val="464"/>
              </w:trPr>
              <w:tc>
                <w:tcPr>
                  <w:tcW w:type="dxa" w:w="4720"/>
                  <w:tcBorders/>
                  <w:shd w:fill="cc171b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0" w:lineRule="auto" w:before="146" w:after="0"/>
                    <w:ind w:left="0" w:right="0" w:firstLine="0"/>
                    <w:jc w:val="center"/>
                  </w:pPr>
                  <w:r>
                    <w:rPr>
                      <w:w w:val="101.09685551036488"/>
                      <w:rFonts w:ascii="Palatino Linotype" w:hAnsi="Palatino Linotype" w:eastAsia="Palatino Linotype"/>
                      <w:b w:val="0"/>
                      <w:i w:val="0"/>
                      <w:color w:val="FFFFFF"/>
                      <w:sz w:val="22"/>
                    </w:rPr>
                    <w:t>B a s i c s  o f  F i l m  S e t  T e r m i n o l o g y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tabs>
          <w:tab w:pos="946" w:val="left"/>
        </w:tabs>
        <w:autoSpaceDE w:val="0"/>
        <w:widowControl/>
        <w:spacing w:line="257" w:lineRule="auto" w:before="426" w:after="0"/>
        <w:ind w:left="53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DGA is the directors guild. The assistant directors are also a part of this guild and not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the IA.</w:t>
      </w:r>
    </w:p>
    <w:p>
      <w:pPr>
        <w:autoSpaceDN w:val="0"/>
        <w:autoSpaceDE w:val="0"/>
        <w:widowControl/>
        <w:spacing w:line="252" w:lineRule="auto" w:before="7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WGA is the writer’s guild of America.</w:t>
      </w:r>
    </w:p>
    <w:p>
      <w:pPr>
        <w:autoSpaceDN w:val="0"/>
        <w:autoSpaceDE w:val="0"/>
        <w:widowControl/>
        <w:spacing w:line="262" w:lineRule="auto" w:before="192" w:after="0"/>
        <w:ind w:left="962" w:right="506" w:hanging="464"/>
        <w:jc w:val="both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59.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Rembrandt lighting is named after a famous painter who used lighting in his paintings.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It used to be the way to light a scene but with digital cameras it is too bright. My 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teacher would say that it would be best to light the scene that way but dim the lights on </w:t>
      </w:r>
      <w:r>
        <w:rPr>
          <w:rFonts w:ascii="PT Serif" w:hAnsi="PT Serif" w:eastAsia="PT Serif"/>
          <w:b w:val="0"/>
          <w:i w:val="0"/>
          <w:color w:val="000000"/>
          <w:sz w:val="27"/>
        </w:rPr>
        <w:t>a dimmer.</w:t>
      </w:r>
    </w:p>
    <w:p>
      <w:pPr>
        <w:autoSpaceDN w:val="0"/>
        <w:autoSpaceDE w:val="0"/>
        <w:widowControl/>
        <w:spacing w:line="252" w:lineRule="auto" w:before="182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Dimmer is a light dimmer that can change the intensity of the lighting.</w:t>
      </w:r>
    </w:p>
    <w:p>
      <w:pPr>
        <w:autoSpaceDN w:val="0"/>
        <w:autoSpaceDE w:val="0"/>
        <w:widowControl/>
        <w:spacing w:line="250" w:lineRule="auto" w:before="234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Foley artist is an artist that does foley work.</w:t>
      </w:r>
    </w:p>
    <w:p>
      <w:pPr>
        <w:autoSpaceDN w:val="0"/>
        <w:tabs>
          <w:tab w:pos="946" w:val="left"/>
        </w:tabs>
        <w:autoSpaceDE w:val="0"/>
        <w:widowControl/>
        <w:spacing w:line="257" w:lineRule="auto" w:before="176" w:after="0"/>
        <w:ind w:left="482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62.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Noise is anything that is not supposed to be heard in the film. Sound is what is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supposed to be heard. A plane flying over head is noise.</w:t>
      </w:r>
    </w:p>
    <w:p>
      <w:pPr>
        <w:autoSpaceDN w:val="0"/>
        <w:autoSpaceDE w:val="0"/>
        <w:widowControl/>
        <w:spacing w:line="250" w:lineRule="auto" w:before="130" w:after="0"/>
        <w:ind w:left="482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63.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Dolly is a contraption with wheels that you put the camera on to move it around. 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250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64.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A jib is a contraption that has an arm that you put the camera on one end and balance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the other end with weights to move the camera up and down and left and right.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128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65.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Steady camera is a contraption that is mounted on the camera operator and steadies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the camera when the camera operator moves.</w:t>
      </w:r>
    </w:p>
    <w:p>
      <w:pPr>
        <w:autoSpaceDN w:val="0"/>
        <w:tabs>
          <w:tab w:pos="962" w:val="left"/>
        </w:tabs>
        <w:autoSpaceDE w:val="0"/>
        <w:widowControl/>
        <w:spacing w:line="257" w:lineRule="auto" w:before="130" w:after="0"/>
        <w:ind w:left="498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66.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Run means the producers are sending the PA out for something. Could be coffee,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wardrobe and props needed.</w:t>
      </w:r>
    </w:p>
    <w:p>
      <w:pPr>
        <w:autoSpaceDN w:val="0"/>
        <w:tabs>
          <w:tab w:pos="978" w:val="left"/>
        </w:tabs>
        <w:autoSpaceDE w:val="0"/>
        <w:widowControl/>
        <w:spacing w:line="257" w:lineRule="auto" w:before="72" w:after="0"/>
        <w:ind w:left="516" w:right="432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67.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Gobo is a stencil put in the lighting to make images like tress or leafs. Not used as much </w:t>
      </w:r>
      <w:r>
        <w:tab/>
      </w:r>
      <w:r>
        <w:rPr>
          <w:rFonts w:ascii="PT Serif" w:hAnsi="PT Serif" w:eastAsia="PT Serif"/>
          <w:b w:val="0"/>
          <w:i w:val="0"/>
          <w:color w:val="000000"/>
          <w:sz w:val="27"/>
        </w:rPr>
        <w:t>in film but in theater but I have seen it used in films.</w:t>
      </w:r>
    </w:p>
    <w:p>
      <w:pPr>
        <w:autoSpaceDN w:val="0"/>
        <w:autoSpaceDE w:val="0"/>
        <w:widowControl/>
        <w:spacing w:line="250" w:lineRule="auto" w:before="7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68.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Gaffer is the head Electrition. </w:t>
      </w:r>
    </w:p>
    <w:p>
      <w:pPr>
        <w:autoSpaceDN w:val="0"/>
        <w:autoSpaceDE w:val="0"/>
        <w:widowControl/>
        <w:spacing w:line="250" w:lineRule="auto" w:before="226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69.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Key grip is the head grip.</w:t>
      </w:r>
    </w:p>
    <w:p>
      <w:pPr>
        <w:autoSpaceDN w:val="0"/>
        <w:autoSpaceDE w:val="0"/>
        <w:widowControl/>
        <w:spacing w:line="250" w:lineRule="auto" w:before="232" w:after="0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70.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Grip moves all the equipment that holds the lights up. </w:t>
      </w:r>
    </w:p>
    <w:p>
      <w:pPr>
        <w:autoSpaceDN w:val="0"/>
        <w:autoSpaceDE w:val="0"/>
        <w:widowControl/>
        <w:spacing w:line="250" w:lineRule="auto" w:before="176" w:after="3612"/>
        <w:ind w:left="516" w:right="0" w:firstLine="0"/>
        <w:jc w:val="left"/>
      </w:pPr>
      <w:r>
        <w:rPr>
          <w:shd w:val="clear" w:color="auto" w:fill="014aac"/>
          <w:rFonts w:ascii="Arimo" w:hAnsi="Arimo" w:eastAsia="Arimo"/>
          <w:b w:val="0"/>
          <w:i w:val="0"/>
          <w:color w:val="FFFFFF"/>
          <w:sz w:val="24"/>
        </w:rPr>
        <w:t>71.</w:t>
      </w:r>
      <w:r>
        <w:rPr>
          <w:rFonts w:ascii="PT Serif" w:hAnsi="PT Serif" w:eastAsia="PT Serif"/>
          <w:b w:val="0"/>
          <w:i w:val="0"/>
          <w:color w:val="000000"/>
          <w:sz w:val="27"/>
        </w:rPr>
        <w:t xml:space="preserve"> Electrition is the people that move the lights and plug them in.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0.0" w:type="dxa"/>
      </w:tblPr>
      <w:tblGrid>
        <w:gridCol w:w="11899"/>
      </w:tblGrid>
      <w:tr>
        <w:trPr>
          <w:trHeight w:hRule="exact" w:val="1412"/>
        </w:trPr>
        <w:tc>
          <w:tcPr>
            <w:tcW w:type="dxa" w:w="1189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" w:after="0"/>
              <w:ind w:left="0" w:right="176" w:firstLine="0"/>
              <w:jc w:val="right"/>
            </w:pPr>
            <w:r>
              <w:rPr>
                <w:rFonts w:ascii="PT Serif" w:hAnsi="PT Serif" w:eastAsia="PT Serif"/>
                <w:b w:val="0"/>
                <w:i w:val="0"/>
                <w:color w:val="FFFFFF"/>
                <w:sz w:val="22"/>
              </w:rPr>
              <w:t>Page-7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sectPr w:rsidR="00FC693F" w:rsidRPr="0006063C" w:rsidSect="00034616">
      <w:pgSz w:w="11899" w:h="16845"/>
      <w:pgMar w:top="0" w:right="0" w:bottom="0" w:left="0" w:header="720" w:footer="720" w:gutter="0"/>
      <w:cols w:space="720" w:num="1" w:equalWidth="0">
        <w:col w:w="11900" w:space="0"/>
        <w:col w:w="11900" w:space="0"/>
        <w:col w:w="11900" w:space="0"/>
        <w:col w:w="11900" w:space="0"/>
        <w:col w:w="11900" w:space="0"/>
        <w:col w:w="11900" w:space="0"/>
        <w:col w:w="11900" w:space="0"/>
        <w:col w:w="10468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filmactlove.com/a-list-of-some-words-you-will-hear-on-sets/" TargetMode="External"/><Relationship Id="rId13" Type="http://schemas.openxmlformats.org/officeDocument/2006/relationships/hyperlink" Target="https://highlinker.co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